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DF121" w14:textId="77777777" w:rsidR="002E6F95" w:rsidRDefault="002E6F95">
      <w:pPr>
        <w:spacing w:after="0" w:line="560" w:lineRule="exact"/>
        <w:jc w:val="center"/>
      </w:pPr>
    </w:p>
    <w:p w14:paraId="5DD843FF" w14:textId="77777777" w:rsidR="002E6F95" w:rsidRDefault="00000000">
      <w:pPr>
        <w:spacing w:after="0" w:line="560" w:lineRule="exact"/>
        <w:jc w:val="center"/>
        <w:rPr>
          <w:lang w:eastAsia="zh-CN"/>
        </w:rPr>
      </w:pPr>
      <w:r>
        <w:rPr>
          <w:rFonts w:ascii="方正小标宋简体" w:eastAsia="方正小标宋简体" w:hAnsi="方正小标宋简体"/>
          <w:sz w:val="44"/>
          <w:lang w:eastAsia="zh-CN"/>
        </w:rPr>
        <w:t>华南农业大学工程学院</w:t>
      </w:r>
    </w:p>
    <w:p w14:paraId="4CB572A4" w14:textId="77777777" w:rsidR="002E6F95" w:rsidRDefault="00000000">
      <w:pPr>
        <w:spacing w:after="0" w:line="560" w:lineRule="exact"/>
        <w:jc w:val="center"/>
        <w:rPr>
          <w:lang w:eastAsia="zh-CN"/>
        </w:rPr>
      </w:pPr>
      <w:r>
        <w:rPr>
          <w:rFonts w:ascii="方正小标宋简体" w:eastAsia="方正小标宋简体" w:hAnsi="方正小标宋简体"/>
          <w:sz w:val="44"/>
          <w:lang w:eastAsia="zh-CN"/>
        </w:rPr>
        <w:t>2025-2026学年本科生综合测评拟获奖公示名单</w:t>
      </w:r>
    </w:p>
    <w:p w14:paraId="67FBD1B8" w14:textId="77777777" w:rsidR="002E6F95" w:rsidRDefault="002E6F95">
      <w:pPr>
        <w:spacing w:after="0" w:line="560" w:lineRule="exact"/>
        <w:rPr>
          <w:lang w:eastAsia="zh-CN"/>
        </w:rPr>
      </w:pPr>
    </w:p>
    <w:p w14:paraId="42A97F5F" w14:textId="422358BB" w:rsidR="002E6F95" w:rsidRDefault="00000000">
      <w:pPr>
        <w:spacing w:after="0" w:line="560" w:lineRule="exact"/>
        <w:rPr>
          <w:lang w:eastAsia="zh-CN"/>
        </w:rPr>
      </w:pPr>
      <w:r>
        <w:rPr>
          <w:rFonts w:ascii="黑体" w:eastAsia="黑体" w:hAnsi="黑体"/>
          <w:lang w:eastAsia="zh-CN"/>
        </w:rPr>
        <w:t>一、一等奖学金（41人）</w:t>
      </w:r>
    </w:p>
    <w:p w14:paraId="7B883F31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林炳钿  吴泽彬  温  畅  尹旺奎  杜文榜  方婉嘉  黄展鸿  庞金福</w:t>
      </w:r>
    </w:p>
    <w:p w14:paraId="34ED3948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许峻威  庄善精  吴塔铿  吴子峰  钱梓涵  郑依桐  李禧佟  廖康宁</w:t>
      </w:r>
    </w:p>
    <w:p w14:paraId="0BBB4A03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林佳霓  魏俊安  陈锦弘  李尔哲  吴小钰  熊华琦  林泽南  卢洁莹</w:t>
      </w:r>
    </w:p>
    <w:p w14:paraId="2B131A2D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蔡佳芸  朱德军  林子怡  梁颖欣  林若琼  黄广春  庄汇杰  罗欣欣</w:t>
      </w:r>
    </w:p>
    <w:p w14:paraId="16DFF5F5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阮子真  杨心语  邱  敏  陈毅泓  林子杰  梁雍淇  周荣杰  石胜灿</w:t>
      </w:r>
    </w:p>
    <w:p w14:paraId="28EB8807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伍林皇</w:t>
      </w:r>
    </w:p>
    <w:p w14:paraId="6ECE4E14" w14:textId="77777777" w:rsidR="002E6F95" w:rsidRDefault="002E6F95">
      <w:pPr>
        <w:spacing w:after="0" w:line="560" w:lineRule="exact"/>
        <w:rPr>
          <w:lang w:eastAsia="zh-CN"/>
        </w:rPr>
      </w:pPr>
    </w:p>
    <w:p w14:paraId="7B9657CA" w14:textId="610FD1DA" w:rsidR="002E6F95" w:rsidRDefault="00000000">
      <w:pPr>
        <w:spacing w:after="0" w:line="560" w:lineRule="exact"/>
        <w:rPr>
          <w:lang w:eastAsia="zh-CN"/>
        </w:rPr>
      </w:pPr>
      <w:r>
        <w:rPr>
          <w:rFonts w:ascii="黑体" w:eastAsia="黑体" w:hAnsi="黑体"/>
          <w:lang w:eastAsia="zh-CN"/>
        </w:rPr>
        <w:t>二、二等奖学金（119人）</w:t>
      </w:r>
    </w:p>
    <w:p w14:paraId="51B2CA68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高炳业  蔡昭锐  郑志鹏  郑  轩  李佳宝  冯嘉燕  许可岳  罗晓蓝</w:t>
      </w:r>
    </w:p>
    <w:p w14:paraId="530BD285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林浩俊  郭思秀  肖俊杰  柳嘉桐  张舒宝  张耀夫  伦天乐  李岳峰</w:t>
      </w:r>
    </w:p>
    <w:p w14:paraId="079810E3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郭雨妍  麦佩琳  卢亮宇  刘禹静  莫健钊  吴浩康  连炜生  胡林耀</w:t>
      </w:r>
    </w:p>
    <w:p w14:paraId="6FCC7C66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吴宇航  谢锦煌  夏婉熙  范景鸿  黄佳鑫  黄嘉文  谢铖涛  钟培伟</w:t>
      </w:r>
    </w:p>
    <w:p w14:paraId="12CD4E24" w14:textId="20D8B1A8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李昭兰  陈嘉燕  谢岱宏  张坤鹏  </w:t>
      </w:r>
      <w:r w:rsidR="00A078E6">
        <w:rPr>
          <w:rFonts w:ascii="宋体" w:eastAsia="宋体" w:hAnsi="宋体"/>
          <w:lang w:eastAsia="zh-CN"/>
        </w:rPr>
        <w:t>张</w:t>
      </w:r>
      <w:r w:rsidR="00A078E6">
        <w:rPr>
          <w:rFonts w:ascii="宋体" w:eastAsia="宋体" w:hAnsi="宋体" w:hint="eastAsia"/>
          <w:lang w:eastAsia="zh-CN"/>
        </w:rPr>
        <w:t xml:space="preserve">  越 </w:t>
      </w:r>
      <w:r w:rsidR="005A2097">
        <w:rPr>
          <w:rFonts w:ascii="宋体" w:eastAsia="宋体" w:hAnsi="宋体" w:hint="eastAsia"/>
          <w:lang w:eastAsia="zh-CN"/>
        </w:rPr>
        <w:t xml:space="preserve"> 岑罗泽  </w:t>
      </w:r>
      <w:r>
        <w:rPr>
          <w:rFonts w:ascii="宋体" w:eastAsia="宋体" w:hAnsi="宋体"/>
          <w:lang w:eastAsia="zh-CN"/>
        </w:rPr>
        <w:t>李雅萱  朱秀怡</w:t>
      </w:r>
    </w:p>
    <w:p w14:paraId="693B82EF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刘家荣  计佳超  庞诗朗  陈芷晴  冯海璇  林晓宇  曾文哲  许朝阳</w:t>
      </w:r>
    </w:p>
    <w:p w14:paraId="2B1AEC15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刘雅雯  林嘉琪  孙博文  程有为  张凤仪  李观政  黄小彦  庄斐涵</w:t>
      </w:r>
    </w:p>
    <w:p w14:paraId="42DFB2A0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曹子恒  郭博文  林博瀚  杨振邦  陈粤鹏  邓  悦  黄立铭  陈  鸿</w:t>
      </w:r>
    </w:p>
    <w:p w14:paraId="1AD48B87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程浩洋  肖  薇  曾佳涵  张铭峰  刘雄仁  张宇杰  苏嘉悦  肖韩玉</w:t>
      </w:r>
    </w:p>
    <w:p w14:paraId="66F986FE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马艺轩  徐  悦  梁晓瑜  温维焱  邹子健  何伟浩  蔡  涵  毛  姿</w:t>
      </w:r>
    </w:p>
    <w:p w14:paraId="0DBCAD05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谭郅璇  胡咏希  刘  悦  李培庆  冯  颖  汤嘉莉  陈骏豪  韩  坤</w:t>
      </w:r>
    </w:p>
    <w:p w14:paraId="1A465E21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余冰玲  陈一铭  郑捷骐  区智健  潘泳浩  罗  权  黄铱颖  吴丹萍</w:t>
      </w:r>
    </w:p>
    <w:p w14:paraId="1895CC24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刘雅菲  陈圳灏  蓝钧昊  胡婧怡  刘星宇  何璟晴  林钰琳  郑保铃</w:t>
      </w:r>
    </w:p>
    <w:p w14:paraId="45C544BD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林子暄  唐智星  丁敬淞  贾超奇  沈毓智  肖  博  代青康  陈  涛</w:t>
      </w:r>
    </w:p>
    <w:p w14:paraId="3BEAE153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黄幸萍  袁绍刚  陈粤杭  李杰儒  陈思诺  李颖钦  李心怡</w:t>
      </w:r>
    </w:p>
    <w:p w14:paraId="3CD2FEC0" w14:textId="77777777" w:rsidR="002E6F95" w:rsidRDefault="002E6F95">
      <w:pPr>
        <w:spacing w:after="0" w:line="560" w:lineRule="exact"/>
        <w:rPr>
          <w:lang w:eastAsia="zh-CN"/>
        </w:rPr>
      </w:pPr>
    </w:p>
    <w:p w14:paraId="0583DE2D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黑体" w:eastAsia="黑体" w:hAnsi="黑体"/>
          <w:lang w:eastAsia="zh-CN"/>
        </w:rPr>
        <w:t>三、三等奖学金（196人）</w:t>
      </w:r>
    </w:p>
    <w:p w14:paraId="2EEF1055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李  峰  肖裕威  刘树波  何泽威  廖敏涵  张坚荣  刘冠江  麦柏瑶</w:t>
      </w:r>
    </w:p>
    <w:p w14:paraId="24525842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薛明盼  卢新霞  游敦棵  聂葭琦  朱静怡  何培辉  骆勇兴  钟耀基</w:t>
      </w:r>
    </w:p>
    <w:p w14:paraId="0610AB7B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熊宇轩  岑嘉淇  方晶晶  陈孜萌  梁楚怡  叶  璇  俞幸林  杨  安</w:t>
      </w:r>
    </w:p>
    <w:p w14:paraId="488F3672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张明辉  李家宁  姜昊文  叶海锋  赵茜桐  徐  杰  黄城楷  冯宇荧</w:t>
      </w:r>
    </w:p>
    <w:p w14:paraId="39288610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张有鹤  陈菲菲  熊敏饴  梁倩怡  黄举县  吴思瑶  陈  龙  李  林</w:t>
      </w:r>
    </w:p>
    <w:p w14:paraId="62ABD4B3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吴世文  张恩瑞  蒲岱蔚  蔡鸿昇  郭宝翔  张燕洁  林显阳  吴舒浪</w:t>
      </w:r>
    </w:p>
    <w:p w14:paraId="750BBC67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刘振宇  林峻锋  王星凯  洪芷芸  许楚欣  杨子彤  陈欣然  荣梓誉</w:t>
      </w:r>
    </w:p>
    <w:p w14:paraId="5E47B267" w14:textId="0B29D849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欧晓利  徐泽铠  </w:t>
      </w:r>
      <w:r w:rsidR="00A078E6">
        <w:rPr>
          <w:rFonts w:ascii="宋体" w:eastAsia="宋体" w:hAnsi="宋体" w:hint="eastAsia"/>
          <w:lang w:eastAsia="zh-CN"/>
        </w:rPr>
        <w:t xml:space="preserve">黄健斌 </w:t>
      </w:r>
      <w:r>
        <w:rPr>
          <w:rFonts w:ascii="宋体" w:eastAsia="宋体" w:hAnsi="宋体"/>
          <w:lang w:eastAsia="zh-CN"/>
        </w:rPr>
        <w:t xml:space="preserve"> </w:t>
      </w:r>
      <w:r w:rsidR="00A078E6">
        <w:rPr>
          <w:rFonts w:ascii="宋体" w:eastAsia="宋体" w:hAnsi="宋体"/>
          <w:lang w:eastAsia="zh-CN"/>
        </w:rPr>
        <w:t>萧</w:t>
      </w:r>
      <w:r w:rsidR="00A078E6">
        <w:rPr>
          <w:rFonts w:ascii="宋体" w:eastAsia="宋体" w:hAnsi="宋体" w:hint="eastAsia"/>
          <w:lang w:eastAsia="zh-CN"/>
        </w:rPr>
        <w:t xml:space="preserve">桦栋 </w:t>
      </w:r>
      <w:r>
        <w:rPr>
          <w:rFonts w:ascii="宋体" w:eastAsia="宋体" w:hAnsi="宋体"/>
          <w:lang w:eastAsia="zh-CN"/>
        </w:rPr>
        <w:t xml:space="preserve"> </w:t>
      </w:r>
      <w:r w:rsidR="005A2097">
        <w:rPr>
          <w:rFonts w:ascii="宋体" w:eastAsia="宋体" w:hAnsi="宋体" w:hint="eastAsia"/>
          <w:lang w:eastAsia="zh-CN"/>
        </w:rPr>
        <w:t xml:space="preserve">陈征烨  林  涵  </w:t>
      </w:r>
      <w:r>
        <w:rPr>
          <w:rFonts w:ascii="宋体" w:eastAsia="宋体" w:hAnsi="宋体"/>
          <w:lang w:eastAsia="zh-CN"/>
        </w:rPr>
        <w:t>张艺馨  朱  敏</w:t>
      </w:r>
    </w:p>
    <w:p w14:paraId="7F940456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植正雄  曹冰燕  谭华昌  常婉婷  林集盛  林智聪  黄文涛  舒  星</w:t>
      </w:r>
    </w:p>
    <w:p w14:paraId="6C775F29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蔡明枫  张晓晴  黄羽希  周凯文  张嘉彬  李  潼  吴锡填  张芷柔</w:t>
      </w:r>
    </w:p>
    <w:p w14:paraId="3A8A94EA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覃启航  史鑫斐  梁妙贤  刘希彤  张海琳  徐振东  张亿超  赵宇鸿</w:t>
      </w:r>
    </w:p>
    <w:p w14:paraId="717FB9EF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孙志博  韩瑜洲  袁  可  卢镇晖  曹星耀  杨华钦  黄家兴  刘  赓</w:t>
      </w:r>
    </w:p>
    <w:p w14:paraId="4C0CF95D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张钊珲  曾江冠  李金龙  梁汶懿  邹雄峰  周锦如  林兆健  吴梓昊</w:t>
      </w:r>
    </w:p>
    <w:p w14:paraId="28C74239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施博森  李琬湉  李雯慧  李数航  李  政  苏金华  鲁易斯  薛嘉伟</w:t>
      </w:r>
    </w:p>
    <w:p w14:paraId="7F444B96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曾丽娜  王  鹏  廖晓晴  林创鑫  叶荣森  樊世雄  陈  湘  郭  妍</w:t>
      </w:r>
    </w:p>
    <w:p w14:paraId="7A14B33F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植秀炫  肖奕萱  叶健敏  荆楚迪  胡婉妮  胡  翔  卢志轩  周晓柔</w:t>
      </w:r>
    </w:p>
    <w:p w14:paraId="072D7E89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冉  楠  邓东锟  张  睿  阮家健  曾镓琦  谢欣彤  杨  妍  范楚君</w:t>
      </w:r>
    </w:p>
    <w:p w14:paraId="775C10FA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秦欣悦  张  涛  李锦泉  马子婷  朱志涛  梁蕙心  林埼鑫  冀韵朴</w:t>
      </w:r>
    </w:p>
    <w:p w14:paraId="22044467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徐靖祺  武皓琛  关诗婷  陈泽锴  任  亮  王子潇  曾  佳  陈科雅</w:t>
      </w:r>
    </w:p>
    <w:p w14:paraId="18C0E761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苏振轩  张铭智  王诗语  余慧芳  高曦平  李志荣  谭念恩  陆敏怡</w:t>
      </w:r>
    </w:p>
    <w:p w14:paraId="3B79446A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谢翔宇  庄泽帆  肖意昕  孙  瑶  陈柏娴  徐宣羽  陈琪琪  刘文杰</w:t>
      </w:r>
    </w:p>
    <w:p w14:paraId="3642579F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张泽鑫  陈宇诚  林欣桐  张鑫洋  田美月  林慧婷  林子航  李奕聪</w:t>
      </w:r>
    </w:p>
    <w:p w14:paraId="2A2842AF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翟梓宁  张奕洋  张  星  任海彤  欧  洋  李国铮  林颖仪  沈炯成</w:t>
      </w:r>
    </w:p>
    <w:p w14:paraId="6592F7D5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颜桢清  周金彪  廖思颖  赖柳旭  刘俐君  许少民  曾启朗  李靓靓</w:t>
      </w:r>
    </w:p>
    <w:p w14:paraId="523A926D" w14:textId="77777777" w:rsidR="002E6F95" w:rsidRDefault="00000000">
      <w:pPr>
        <w:spacing w:after="0" w:line="5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李盛放  苏显钧  王慧婷  邹绪杰</w:t>
      </w:r>
    </w:p>
    <w:sectPr w:rsidR="002E6F95" w:rsidSect="00034616">
      <w:pgSz w:w="11906" w:h="16838"/>
      <w:pgMar w:top="1440" w:right="1588" w:bottom="1440" w:left="1588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4001655">
    <w:abstractNumId w:val="8"/>
  </w:num>
  <w:num w:numId="2" w16cid:durableId="1018628179">
    <w:abstractNumId w:val="6"/>
  </w:num>
  <w:num w:numId="3" w16cid:durableId="559558646">
    <w:abstractNumId w:val="5"/>
  </w:num>
  <w:num w:numId="4" w16cid:durableId="1902523308">
    <w:abstractNumId w:val="4"/>
  </w:num>
  <w:num w:numId="5" w16cid:durableId="323708216">
    <w:abstractNumId w:val="7"/>
  </w:num>
  <w:num w:numId="6" w16cid:durableId="212237806">
    <w:abstractNumId w:val="3"/>
  </w:num>
  <w:num w:numId="7" w16cid:durableId="1722050018">
    <w:abstractNumId w:val="2"/>
  </w:num>
  <w:num w:numId="8" w16cid:durableId="1113666995">
    <w:abstractNumId w:val="1"/>
  </w:num>
  <w:num w:numId="9" w16cid:durableId="100030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939"/>
    <w:rsid w:val="0029639D"/>
    <w:rsid w:val="002E6F95"/>
    <w:rsid w:val="00326F90"/>
    <w:rsid w:val="005A2097"/>
    <w:rsid w:val="00A078E6"/>
    <w:rsid w:val="00A152A5"/>
    <w:rsid w:val="00AA1D8D"/>
    <w:rsid w:val="00B47730"/>
    <w:rsid w:val="00CB0664"/>
    <w:rsid w:val="00D24B45"/>
    <w:rsid w:val="00FA56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608035"/>
  <w14:defaultImageDpi w14:val="300"/>
  <w15:docId w15:val="{F8AA4F6B-7829-4CFD-AE1D-64E1527D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仿宋_GB2312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924</Words>
  <Characters>934</Characters>
  <Application>Microsoft Office Word</Application>
  <DocSecurity>0</DocSecurity>
  <Lines>49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hui chen</cp:lastModifiedBy>
  <cp:revision>7</cp:revision>
  <dcterms:created xsi:type="dcterms:W3CDTF">2013-12-23T23:15:00Z</dcterms:created>
  <dcterms:modified xsi:type="dcterms:W3CDTF">2026-10-12T14:34:00Z</dcterms:modified>
  <cp:category/>
</cp:coreProperties>
</file>